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CD7" w:rsidRDefault="00CE3C74" w:rsidP="00B118F0">
      <w:pPr>
        <w:jc w:val="center"/>
      </w:pPr>
      <w:r>
        <w:rPr>
          <w:b/>
          <w:sz w:val="32"/>
        </w:rPr>
        <w:t>ZESTAWIENIE P</w:t>
      </w:r>
      <w:r w:rsidR="00B118F0">
        <w:rPr>
          <w:b/>
          <w:sz w:val="32"/>
        </w:rPr>
        <w:t>RACODAWCÓW</w:t>
      </w:r>
    </w:p>
    <w:tbl>
      <w:tblPr>
        <w:tblStyle w:val="Tabela-Siatka"/>
        <w:tblW w:w="0" w:type="auto"/>
        <w:tblLook w:val="04A0"/>
      </w:tblPr>
      <w:tblGrid>
        <w:gridCol w:w="2059"/>
        <w:gridCol w:w="1778"/>
        <w:gridCol w:w="1794"/>
        <w:gridCol w:w="1795"/>
        <w:gridCol w:w="1791"/>
        <w:gridCol w:w="1799"/>
      </w:tblGrid>
      <w:tr w:rsidR="00262CD7">
        <w:tc>
          <w:tcPr>
            <w:tcW w:w="1800" w:type="dxa"/>
            <w:shd w:val="clear" w:color="auto" w:fill="D3D3D3"/>
          </w:tcPr>
          <w:p w:rsidR="00262CD7" w:rsidRDefault="00CE3C74">
            <w:r>
              <w:rPr>
                <w:b/>
                <w:sz w:val="20"/>
              </w:rPr>
              <w:t>Nazwa Podmiotu</w:t>
            </w:r>
          </w:p>
        </w:tc>
        <w:tc>
          <w:tcPr>
            <w:tcW w:w="1800" w:type="dxa"/>
            <w:shd w:val="clear" w:color="auto" w:fill="D3D3D3"/>
          </w:tcPr>
          <w:p w:rsidR="00262CD7" w:rsidRDefault="00CE3C74">
            <w:r>
              <w:rPr>
                <w:b/>
                <w:sz w:val="20"/>
              </w:rPr>
              <w:t>Kod</w:t>
            </w:r>
          </w:p>
        </w:tc>
        <w:tc>
          <w:tcPr>
            <w:tcW w:w="1800" w:type="dxa"/>
            <w:shd w:val="clear" w:color="auto" w:fill="D3D3D3"/>
          </w:tcPr>
          <w:p w:rsidR="00262CD7" w:rsidRDefault="00CE3C74">
            <w:r>
              <w:rPr>
                <w:b/>
                <w:sz w:val="20"/>
              </w:rPr>
              <w:t>Miejscowość / Poczta</w:t>
            </w:r>
          </w:p>
        </w:tc>
        <w:tc>
          <w:tcPr>
            <w:tcW w:w="1800" w:type="dxa"/>
            <w:shd w:val="clear" w:color="auto" w:fill="D3D3D3"/>
          </w:tcPr>
          <w:p w:rsidR="00262CD7" w:rsidRDefault="00CE3C74">
            <w:r>
              <w:rPr>
                <w:b/>
                <w:sz w:val="20"/>
              </w:rPr>
              <w:t>Ulica i nr</w:t>
            </w:r>
          </w:p>
        </w:tc>
        <w:tc>
          <w:tcPr>
            <w:tcW w:w="1800" w:type="dxa"/>
            <w:shd w:val="clear" w:color="auto" w:fill="D3D3D3"/>
          </w:tcPr>
          <w:p w:rsidR="00262CD7" w:rsidRDefault="00CE3C74">
            <w:r>
              <w:rPr>
                <w:b/>
                <w:sz w:val="20"/>
              </w:rPr>
              <w:t>Telefon</w:t>
            </w:r>
          </w:p>
        </w:tc>
        <w:tc>
          <w:tcPr>
            <w:tcW w:w="1800" w:type="dxa"/>
            <w:shd w:val="clear" w:color="auto" w:fill="D3D3D3"/>
          </w:tcPr>
          <w:p w:rsidR="00262CD7" w:rsidRDefault="00CE3C74">
            <w:r>
              <w:rPr>
                <w:b/>
                <w:sz w:val="20"/>
              </w:rPr>
              <w:t>Zawód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BLACHARSTWO, LAKIERNICTWO I MECHANIKA</w:t>
            </w:r>
            <w:r>
              <w:rPr>
                <w:sz w:val="19"/>
              </w:rPr>
              <w:t xml:space="preserve"> POJAZDOWA Sebastian Pientka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Pisarzowice (Strzeleczki)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82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695954483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blacharz samochodowy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"MOTO-REM" ZAKŁAD USŁUGOWO MOTORYZACYJNY Zygfryd Kuźnik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47-351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Kornica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Krapkowicka 13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774673191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blacharz samochodowy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Blach. Mech. Pojazdowa Roskosz </w:t>
            </w:r>
            <w:r>
              <w:rPr>
                <w:sz w:val="19"/>
              </w:rPr>
              <w:t>Zygfryd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46-061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Źlinice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Prószkowska 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774648722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blacharz samochodowy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Zakład Blacharstwa i lakiernictwa samochodowego Zygfryd Siwy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47-214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Kamionka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Główna 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505273587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blacharz samochodowy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Blacharstwo i Lakiernictwo Samochodowe Marian i Waldemar </w:t>
            </w:r>
            <w:r>
              <w:rPr>
                <w:sz w:val="19"/>
              </w:rPr>
              <w:t>Bonczek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Walce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774660761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blacharz samochodowy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Zakład Bus-Truck serwis "MARTEX"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46-053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Dębie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Wiejska 28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604777520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blacharz samochodowy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Piekarnia-Ciastkarnia "Krzyś" Krzysztof Stempin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Rogów Opolski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14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774672113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cukiernik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Krystian Stosiek Piekarnia - Cukiernia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48-250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Rzepcze (Głogówek)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30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774373299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cukiernik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ZAKŁAD PIEKARNICZO-CUKIERNICZY L. B. Zimmermann, Spółka Jawna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Gogolin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Powstańców 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774669062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cukiernik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CUKIERNIA MAGOSZ Maria Magosz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Prudnicka 31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774661283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cukiernik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STORA ZAKŁAD P. U. H.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Żywocice (Krapkowice)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Średnia 40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774669668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dekarz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B+K Polska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Walce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Eichendorffa 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774076310, 774076320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drukarz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B+K Polska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Walce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Eichendorffa 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774076310, 774076320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elektromechanik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ELEKTRO-KOM, FIRMA USŁUGOWO-PRODUKCYJNO-HANDLOWA NORBERT KOMOR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46-061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Źlinice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Krapkowicka 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696412472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elektromechanik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AUTO CENTRUM KOŹLE LELLEK GROUP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47-200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Kędzierzyn-Koźle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Chrobrego 25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774822222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elektromechanik pojazdów samochodowych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AUTO LELLEK GROUP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49-120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Sławięcice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2c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774007000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elektromechanik pojazdów samochodowych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TRIPS AUTOMATYKA POLSKA Sp.z o.o. Sp. 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Limanowskiego 49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756121057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Metsa Tissue </w:t>
            </w:r>
            <w:r>
              <w:rPr>
                <w:sz w:val="19"/>
              </w:rPr>
              <w:t>Krapkowice Sp. z o.o.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103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77 541 91 00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ELTECH Usługi elektryczno-techniczne Krzysztof </w:t>
            </w:r>
            <w:r>
              <w:rPr>
                <w:sz w:val="19"/>
              </w:rPr>
              <w:lastRenderedPageBreak/>
              <w:t>Sajonz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lastRenderedPageBreak/>
              <w:t>48-220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Pogórze (Łącznik)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127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503056454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lastRenderedPageBreak/>
              <w:t>Createch Dziubaltowski Michał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46-060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Prószków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Daszyńskiego 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50555509</w:t>
            </w:r>
            <w:r>
              <w:rPr>
                <w:sz w:val="19"/>
              </w:rPr>
              <w:t>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Firma Usługowa DENIS SIMONIDES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48-250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Głogówek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Reymonta 29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-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HURTOWNIA MATERIAŁÓW CANDELA-1 Elektro-Instalacyjnych Edmund Janik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48-250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Głogówek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Dworcowa 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887692607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Zakład Elektroinstalacyjny "ALFA" Miś i Wspólnicy </w:t>
            </w:r>
            <w:r>
              <w:rPr>
                <w:sz w:val="19"/>
              </w:rPr>
              <w:t>Spółka jawna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Gogolin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Sportowa 1a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668845472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Alfred Panusz Zakład Usługowy "ELPA"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Racłwiczki (Racławiczki)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33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-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INSTALATORSTWO Ernest Ziegler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Kramołów (Walce)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698623999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ZAKŁAD ELEKTRYCZNY </w:t>
            </w:r>
            <w:r>
              <w:rPr>
                <w:sz w:val="19"/>
              </w:rPr>
              <w:t>Jarosław Sojka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Gogolin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Strzelecka 52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602505883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F. H. U. "ELTOM" Tomasz Banak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48-250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Głogówek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Polna 12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602631084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Zakład Elektroinstalacyjny Ludwik Smandzik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46-060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Chrzowice (Prószków)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774574810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Usługi Elektryczne "Siltec"Klaudia Klimek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Walce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Reymonta 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669499540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Elektro-Serwis MAZUR S. C.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Strzeleczki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Osiedle 16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774668133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B+K Polska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Walce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Eichendorffa 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774076310, 774076320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elektryk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DOM MODY </w:t>
            </w:r>
            <w:r>
              <w:rPr>
                <w:sz w:val="19"/>
              </w:rPr>
              <w:t>Klaudia Kurpiot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49-250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Głogówek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Rynek 29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774536150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STUDIO FRYZJERSKIE "DG" Dagmara Jakubowska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47-224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Kędzierzyn-Koźle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Juliusza Słowackiego 2.5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-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Salon Fryzur MIRATREND Mirosław Golański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45-594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Opole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Kowalczyków 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504495100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Patrycja Kulas FRYZJERSTWO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Ks.Koziołka 56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533213607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ATELIER FRYZJERSKIE Justyna Blacha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Oś.XXX-lecia 98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538360027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SALON FRYZJERSKI Komor &amp; Konsek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1 Maja 16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507176777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Zaklad Fryzjerski KARINA Karina Kowolik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Ks. Koziołka 18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774665813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SALON FRYZJERSKI "FINEZJA" A.Widera, D.Ochman, K.Langer S.C.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Kościelna 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774664228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Zakład Fryzjerski "Aneta" </w:t>
            </w:r>
            <w:r>
              <w:rPr>
                <w:sz w:val="19"/>
              </w:rPr>
              <w:t>Usługowo Handlowy Aneta Czerniak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48-210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Biała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1 Maja 34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607698511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Studio Fryzierskie EXCLUSIVE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Basztowa 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502214912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FRYZJERSTWO DAMSKO-MĘSKI </w:t>
            </w:r>
            <w:r>
              <w:rPr>
                <w:sz w:val="19"/>
              </w:rPr>
              <w:lastRenderedPageBreak/>
              <w:t>Teresa Siekiera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lastRenderedPageBreak/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Kościelna 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774661626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lastRenderedPageBreak/>
              <w:t>Salon Fryzjerski Kontny Magdalena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47-370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Kujawy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Prudnicka 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666306706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Pracownia Urody Michałewycz Rafał Mychałewycz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Strzelców Bytomskich 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533909332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ZAKŁAD FRYZJERSKI Maria Dyla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Gogolin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Strzelecka 8 /1</w:t>
            </w:r>
            <w:r>
              <w:rPr>
                <w:sz w:val="19"/>
              </w:rPr>
              <w:t>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774666638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Salon Fryzjerski "RENATA" Renata Liszka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Gogolin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Krapkowicka 26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603319803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Dawid Chmielewski Luxuryppro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3 Maja 30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668142314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SALON FRYZJERSKI J.K Style Judyta Kulpa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ul. </w:t>
            </w:r>
            <w:r>
              <w:rPr>
                <w:sz w:val="19"/>
              </w:rPr>
              <w:t>Wolności 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506622087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fryzjer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Stadnina koni ANTONIÓWKA Aleksandra Gawlik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48-315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Mańkowice (Jasienica Dolna)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85A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508370975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jeździec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Krawiectwo Damskie Beata Król-Nowotny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48-317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Rzymkowice (Korfantów)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137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606927340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krawiec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ZAKŁAD USŁUGOWO-HANDLOWY "MARIEN"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Łowkowie (Strzeleczki)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Krapkowicka 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774668585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krawiec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DWOREK KOMORNO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47-214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Komorno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Harcerska 85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698682677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kucharz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Zakład Piekarniczo – Cukierniczy L.B. Zimmermann S.J.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Gogolin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Powstańców 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774669062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kucharz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HOTEL KAROLINKA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Gogolin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Kasztanowa 30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603792655 600765777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kucharz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FIRMA GASTRONOMICZNO - USŁUGOWA "WAGAST" Waldemar Ciurko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Rynek 1/4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774661665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kucharz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BAR "SABINA" Marcin Pawleta Restauracja "Zamkowa"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46-061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Prószków (Źlinice)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ul. </w:t>
            </w:r>
            <w:r>
              <w:rPr>
                <w:sz w:val="19"/>
              </w:rPr>
              <w:t>Zawadzkiego 36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774648992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kucharz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SON-GAST Firma Gastronomiczna Usługowo-Handlowa Piotr Krasoń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Strzeleczki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Prudnicka 32.4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774668288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kucharz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Restauracja Daniels Andrzej Altaner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Steblów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Prudnicka 57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774665305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kucharz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Moszna Zamek Sp. </w:t>
            </w:r>
            <w:r>
              <w:rPr>
                <w:sz w:val="19"/>
              </w:rPr>
              <w:t>z o.o.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47-370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Moszna (Zielina)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Zamkowa 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774669679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kucharz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Restauracja Antek Spółkla awna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46-060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Źlinice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Krapkowicka 19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-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kucharz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Zespół Turystyczno-Wypoczynkowo-Rehabilitacyjnych "SEBASTIANEUM SILESIACUM"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47-325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Kamień Śląski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Parkowa 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774671104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kucharz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Zajazd pod Niedźwiedziem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46-053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Dębska Kuźnia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Ozimska 21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604777520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kucharz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KWS Krystian Wieszała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46-060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Folwark (Chrzowice)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Klonowa 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512333146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lakiernik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Zakład Bus-Truck serwis "MARTEX"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46-053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Dębie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Wiejska 28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604777520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lakiernik samochodowy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AUTO LAK HANDEL I USŁUGI MOTORYZACYJNE Joachim Wieczorek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Pietna (Krapkowice)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Krapkowicka 57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774664364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lakiernik samochodowy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Paul Schockemöhle </w:t>
            </w:r>
            <w:r>
              <w:rPr>
                <w:sz w:val="19"/>
              </w:rPr>
              <w:lastRenderedPageBreak/>
              <w:t>Logistics Polska Sp. z o. o.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lastRenderedPageBreak/>
              <w:t>47-303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ul. Transportowa </w:t>
            </w:r>
            <w:r>
              <w:rPr>
                <w:sz w:val="19"/>
              </w:rPr>
              <w:lastRenderedPageBreak/>
              <w:t>24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lastRenderedPageBreak/>
              <w:t>774519525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ma</w:t>
            </w:r>
            <w:r>
              <w:rPr>
                <w:sz w:val="19"/>
              </w:rPr>
              <w:t xml:space="preserve">gazynier- </w:t>
            </w:r>
            <w:r>
              <w:rPr>
                <w:sz w:val="19"/>
              </w:rPr>
              <w:lastRenderedPageBreak/>
              <w:t>logistyk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lastRenderedPageBreak/>
              <w:t>B+K Polska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Walce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Eichendorffa 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774076310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mechanik-monter maszyn i urządzeń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Metsa Tissue Krapkowice Sp. z o.o.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103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77 541 91 00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mechanik-monter maszyn i urządzeń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Blacharstwo i Lakiernictwo </w:t>
            </w:r>
            <w:r>
              <w:rPr>
                <w:sz w:val="19"/>
              </w:rPr>
              <w:t>Samochodowe Marian i Waldemar Bonczek S.C.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Walce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774660761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 pojazdów samochodowych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SERWIS OPON-AUTO NAPRAWA F.U.H. Adam Hajduk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Ścigów (Strzeleczki)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Wiejska 12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7551629329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 pojazdów samochodowych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Auto Serwis </w:t>
            </w:r>
            <w:r>
              <w:rPr>
                <w:sz w:val="19"/>
              </w:rPr>
              <w:t>Cyprian Kubica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47-150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Leśnica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Zdzieszowicka 45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602261358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 pojazdów samochodowych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Transport Krajowy i Zagraniczny Import-Eksport Krzysztof Cichon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48-250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Głogówek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Młyńska 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774067760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 pojazdów samochodowych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Morawiec Transport Sp. z </w:t>
            </w:r>
            <w:r>
              <w:rPr>
                <w:sz w:val="19"/>
              </w:rPr>
              <w:t>o.o.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48-250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Głogówek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3-go Maja 52a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775432331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 pojazdów samochodowych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"Warsztat Samochodowy" WYPOŻYCZALNIA SAMOCHODÓW Mariusz Derlik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48-250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Kierpień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32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504570113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 pojazdów samochodowych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Bosch Car Service Różański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47-206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Kędzierzyn-Koźle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Krasickiego 31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774824327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 pojazdów samochodowych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EUROCAR WIECZOREK Norbert Wieczorek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47-330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Zdzieszowice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Fabryczna 10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774844370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 pojazdów samochodowych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MECHANIKA I BLACHARSTWO POJAZDOWE Waldemar Cibis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48-250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Kierpień (Głogówek)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87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774069545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 pojazdów samochodowych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AUTO SERWIS Norbert Psyk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Stradunia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23a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774660327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 pojazdów samochodowych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Mechanika Blacharstwo i Lakiernictwo Pojazdowe Niebiosa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Kórnica (Krapkowice)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G</w:t>
            </w:r>
            <w:r>
              <w:rPr>
                <w:sz w:val="19"/>
              </w:rPr>
              <w:t>łówna 29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774673117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 pojazdów samochodowych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J.M.K.-Steindor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47-330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Żyrowa (Zdzieszowice)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Wojska Polskiego 17a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664726310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 pojazdów samochodowych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MOTO-REM ZAKŁAD USŁUG MOTORYZACYJNYCH Zygfryd Kuźnik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47-351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Kórnica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Krapkowicka 13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774673191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 pojazdów samochodowych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MASZYNY ROLNICZE SUCHY s.j.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Przemysłowa 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774665348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mechanik-operator pojazdów i maszyn rolniczych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Ośrodek Hodowli Zarodowej "Głogówek" Sp. z o.o.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48-250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Głogówek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Fabryczna 2b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774373259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mechanik-operator pojazdów i maszyn rolniczych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Usługi Remontowo-Wykończeniowe Piotr Hajduk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Strzeleczki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Osiedle 13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504202935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zabudowy i robót 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ZAKŁAD MALARSKI </w:t>
            </w:r>
            <w:r>
              <w:rPr>
                <w:sz w:val="19"/>
              </w:rPr>
              <w:lastRenderedPageBreak/>
              <w:t>Janusz Wicher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lastRenderedPageBreak/>
              <w:t>47-320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Gogolin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Kamienna 12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774666583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z</w:t>
            </w:r>
            <w:r>
              <w:rPr>
                <w:sz w:val="19"/>
              </w:rPr>
              <w:t xml:space="preserve">abudowy i </w:t>
            </w:r>
            <w:r>
              <w:rPr>
                <w:sz w:val="19"/>
              </w:rPr>
              <w:lastRenderedPageBreak/>
              <w:t>robót 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lastRenderedPageBreak/>
              <w:t>USŁUGI WYKOŃCZENIOWE Adrian Nowak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Kórnica (Krapkowice)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Łąkowa 30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606595523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zabudowy i robót 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BUDOPAP spółka z o. o.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103a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774079655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monter zabudowy i robót </w:t>
            </w:r>
            <w:r>
              <w:rPr>
                <w:sz w:val="19"/>
              </w:rPr>
              <w:t>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Malarstwo Budowlane Hubert Krupa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Walce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Łąkowa 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774660898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zabudowy i robót 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POSADZKARSTWO Sanetra Henryk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Kórnica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Szkolna 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664927541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zabudowy i robót 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RAF-MAR-BUD Rafał i </w:t>
            </w:r>
            <w:r>
              <w:rPr>
                <w:sz w:val="19"/>
              </w:rPr>
              <w:t>Marian Wojtala s.c.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Gogolin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Przyjaciół Schongau 21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774666716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zabudowy i robót 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ZAKŁAD USŁUGOWY MALARSTWO TAPECIARSTWO ADRIAN ZBROJA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47-214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Mechnica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Młyńska 21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692779292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zabudowy i robót 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Łukasz O</w:t>
            </w:r>
            <w:r>
              <w:rPr>
                <w:sz w:val="19"/>
              </w:rPr>
              <w:t>PERSKALSKI TermoLukOpe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47-214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Mechnica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Leśna 24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506326207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zabudowy i robót 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POSADZKARSTWO Marcin Łyko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48-250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Stare Kotkowice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Kościuszki 18A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880854081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zabudowy i robót 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Piotr Sado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Walce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1 Maja</w:t>
            </w:r>
            <w:r>
              <w:rPr>
                <w:sz w:val="19"/>
              </w:rPr>
              <w:t xml:space="preserve"> 15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774660882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zabudowy i robót 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USŁUGI Remontowe Patryk Michalik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Ścigów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15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787842106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zabudowy i robót 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Zakład Malarsko-Tapeciarski Jarosz Klaudiusz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48-250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Głogówek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Sobieskiego 40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774372140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zabudowy i robót 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Zakład Malarski Krzysztof Suchan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Brożec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Miodowa 34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606570114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zabudowy i robót 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B&amp;B Malarstwo Budowlana Sebastian Benski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Walce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Zamkowa 79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604403042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monter </w:t>
            </w:r>
            <w:r>
              <w:rPr>
                <w:sz w:val="19"/>
              </w:rPr>
              <w:t>zabudowy i robót 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Malarstwo-Tapwciarstwo Jan Nowak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Kórnica (Krapkowice)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Łąkowa 30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774673112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zabudowy i robót wykończeniowych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INSTALATORSTWO Ernest Ziegler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Kramołów (Walce)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698623999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monter sieci i instalacji </w:t>
            </w:r>
            <w:r>
              <w:rPr>
                <w:sz w:val="19"/>
              </w:rPr>
              <w:t>sanitarnych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Przedsiębiorstwo Produkcyjno-Handlowe Zbigniew Sieńczak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Gogolin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Szpitalna 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774666338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sieci i instalacji sanitarnych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Bilfinger (dawniej Multiserwis)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Prudnicka 40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506394941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monter izolacji przemysłowych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USŁUGI OGÓLNOBUDOWLANE Joachim Kostka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Kramołów (Walce)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15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607673836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murarz-tynkarz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USŁUGI OGÓLNOBUDOWLANE Rudolf Segrodnik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47-214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Kamionka (Poborszów)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Szkolna 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601400924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murarz-tynkarz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FIRMA BUDOWLANA "URBACKA" PIOTR URBACKA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46-060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Źlinice (</w:t>
            </w:r>
            <w:r>
              <w:rPr>
                <w:sz w:val="19"/>
              </w:rPr>
              <w:t>Prószków)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Jędrzejczyka 15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501239987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murarz-tynkarz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lastRenderedPageBreak/>
              <w:t>Wojtala Rafał i Marcin s. c. RAF-MAR-BUD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Gogolin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Przyjaciół Schongau 21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774666716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murarz-tynkarz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ZAKŁAD USŁUG BUDOWLANO-BRUKARSKICH s.c. N.A.R. GRUSZKA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Dobra (Strzeleczki)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ul. </w:t>
            </w:r>
            <w:r>
              <w:rPr>
                <w:sz w:val="19"/>
              </w:rPr>
              <w:t>Prudnicka 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774668330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murarz-tynkarz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MURARSTWO Antoni Stokłosa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Żywocice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Józefa 32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774665106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murarz-tynkarz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BUDOPAP Spółka z o. o.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103a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774662577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murarz-tynkarz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P.P.H.U. "MATYSEK" Andrzej Matysek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Wiejska 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513006866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murarz-tynkarz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Usługi Remontowo Budowlane Walner Marcin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Strzeleczki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Jana Sobieskiego 19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774668718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murarz-tynkarz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Muc Przedsiebiorstwo-Produkcyjno-Handlowo-Usługowe Krzysztof Muc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Kosorowice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Kościelna 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774032255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murarz-tynkarz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Kostka Norbert Usługi Remontowo-Budowlane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Strzeleczki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Jana Pawła II 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502710518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murarz-tynkarz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Łukasz OPERSKALSKI TermoLukOpe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47-214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Mechnica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Leśna 24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506326207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murarz-tynkarz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Kelvion Sp. z o.o.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45-641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Opole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ul. </w:t>
            </w:r>
            <w:r>
              <w:rPr>
                <w:sz w:val="19"/>
              </w:rPr>
              <w:t>Kobaltowa 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774020050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operator obrabiarek skrawających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"SENTREX" Spółka z o.o.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Komorniki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Kościelna 110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774519917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operator obrabiarek skrawających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B+K Polska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Walce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Eichendorffa 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774076310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operator maszyn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B+K Polska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Walce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</w:t>
            </w:r>
            <w:r>
              <w:rPr>
                <w:sz w:val="19"/>
              </w:rPr>
              <w:t xml:space="preserve"> Eichendorffa 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774076310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operator urządzeń przemysłu chemicznego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Zakład Piekarniczo – Cukierniczy L.B. Zimmermann S.J.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Gogolin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Powstańców 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774669062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piekarz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Piekarnia-Ciastkarnia "Krzyś" Krzysztof Stempin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Rogów Opolski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14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774672113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piekarz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PIEKARNIA DROST Drost Krzysztof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Gogolin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Strzelecka 102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774666244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piekarz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Gospodarstwo Rolne inż. Robert Drost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Żużela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Osiedlowa 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503064402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rolnik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P.H."ŻYNA", SKLEP "Żabka"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Osiedle XXX Lecia</w:t>
            </w:r>
            <w:r>
              <w:rPr>
                <w:sz w:val="19"/>
              </w:rPr>
              <w:t xml:space="preserve"> 13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-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FIRMA LARYSZ Gabriela Larysz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48-250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Głogówek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Rynek 25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774372371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FHU PERSLANDIA Andrzej Mielnik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49-100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Głubczyce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Moniuszki 23A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604167539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RZEŹNICTWO-WĘDLINIARSTWO KOSTKA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Strzeleczki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Prudnicka 26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774668763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CUKIERNIA MAGOSZ Maria Magosz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Prudnicka 31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774661283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Firma Handloo Usługowa R. Matuszek s.c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Steblów (Krapkowice)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Prudnicka 110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774661280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MAX plus M. Kulikowski Sp. Jawna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Drzymały 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774665834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M.J. " MIX" Sklep spożyczo-</w:t>
            </w:r>
            <w:r>
              <w:rPr>
                <w:sz w:val="19"/>
              </w:rPr>
              <w:lastRenderedPageBreak/>
              <w:t>przemysłowy Jerzy Miązek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lastRenderedPageBreak/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Żywocice (Krapkowice)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Kozielska 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602795111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lastRenderedPageBreak/>
              <w:t>FHU MAJER s.c. sklep Strzeleczki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Strzeleczki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Kościelna 23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774668847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MAKRUS s.c Teresa Gach Joachim Kopica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Ks. Koziołka 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774460330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PHU DUEX Mirosław Kulikowski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Rynek 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774460383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SALON MEBLOWY Joanna Felczak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Staszica 10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774665242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F.H. "Róża" Róża i Roland Michałewycz S.C.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Kórnica (Krapkowice)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Łąkowa 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774673201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"DANHOF" Sp. z o.o. Sp.K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Brożec (Żużela)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Reymonta 34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774660177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MAXIMA M i M Sp. Z o. o.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ul. XXX </w:t>
            </w:r>
            <w:r>
              <w:rPr>
                <w:sz w:val="19"/>
              </w:rPr>
              <w:t>Lecia 15B/32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510241009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TOMI MARKT Sp. z o.o.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47-320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Gogolin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Pawła 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774076950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"Społem" Powszechna Spółdzielnia Spożywców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9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774661465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Firma Handlowo- Usługowa "Margaret" Małgorzata Biemek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Rynek 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774661326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"EKO-NATURA" SP. J.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Moniuszki 11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774342014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F.H.U. "HOLLYBUT" s.c.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Rynek 13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774363671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Sklep Moda Męska XAWER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Rynek</w:t>
            </w:r>
            <w:r>
              <w:rPr>
                <w:sz w:val="19"/>
              </w:rPr>
              <w:t xml:space="preserve"> 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733668664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Łukasz Operskalski MALARSTWO-TAPECIARSTWO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Stradunia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46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505730355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sprzedawca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PPHU PRO MATI Mateusz Matuszek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Tarnów Opolski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Klimasa 83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798145805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stolarz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STOLARSTWO Andreas Kampa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48-250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Zawada (Głogówek</w:t>
            </w:r>
            <w:r>
              <w:rPr>
                <w:sz w:val="19"/>
              </w:rPr>
              <w:t>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17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774372514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stolarz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USŁUGI STOLARSKIE Adrian Panusch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Dąbrówka Górna (Krapkowice)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23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607418192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stolarz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ZAKŁAD USŁUG STOLARSKICH Andrzej Felka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47-370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Kujawy (Zielina)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Głogowska 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774668437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stolarz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mebloSoft Spółka z o.o. Sp. k.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Meblarska 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774662457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stolarz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STOLARSTWO KLUGE Damian Kluge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Pietna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Krapkowicka 46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500104255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stolarz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Usługi Stolarskie Krystian Szkop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47-370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Racławiczki (Zielina)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Plebiscytowa 15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788594064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stolarz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STOLARSTWO BOCHEN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47-351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Ściborowice (Kornica)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Wesoła 18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774673231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stolarz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Przedsiębiorstow Produkcji Systemów David Cebulla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Limanowskiego 54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774661393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stolarz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Bilfinger (dawniej Multiserwis)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Prudnicka 40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506394941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ślusarz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ZAMPAP Krapkowice Sp. z o.o.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Opolska 79A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774661351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ślusarz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Mariusz Próchnicki USŁUGI ŚLUSARSKIE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Strzeleczki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Dworcowa 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664412351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ślusarz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PSM Meallbau-Jaszkowic Sp.k.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46-050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Kąty Opolskie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Leśna 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698065972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ślusarz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PRZEDSIĘBIORSTWO USŁUGOWO-</w:t>
            </w:r>
            <w:r>
              <w:rPr>
                <w:sz w:val="19"/>
              </w:rPr>
              <w:lastRenderedPageBreak/>
              <w:t>PRODUKCYJNO POM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lastRenderedPageBreak/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Prudnicka 30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774663377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ślusarz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lastRenderedPageBreak/>
              <w:t>B+K Polska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Walce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Eichendorffa 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774076310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ślusarz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mebloSoft Spółka z o.o. Sp. k.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47-300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Krapkowice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Meblarska 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774662457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tapicer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 xml:space="preserve">USŁUGI </w:t>
            </w:r>
            <w:r>
              <w:rPr>
                <w:sz w:val="19"/>
              </w:rPr>
              <w:t>MASARSKIE TECHNIK-TECHNOLOG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47-341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Brożec (Walce)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Miodowa 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-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wędliniarz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RZEŹNICTWO-WĘDLINIARSTWO KOSTKA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47-364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Strzeleczki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Prudnicka 26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774668763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wędliniarz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FIRMA BUDOWLANA "URBACKA" PIOTR URBACKA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46-060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Źlinice (Prószków)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Jędrzejczyka 15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501239987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betoniarz-zbrojarz</w:t>
            </w:r>
          </w:p>
        </w:tc>
      </w:tr>
      <w:tr w:rsidR="00262CD7">
        <w:tc>
          <w:tcPr>
            <w:tcW w:w="1800" w:type="dxa"/>
          </w:tcPr>
          <w:p w:rsidR="00262CD7" w:rsidRDefault="00CE3C74">
            <w:r>
              <w:rPr>
                <w:sz w:val="19"/>
              </w:rPr>
              <w:t>FIRMA BUDOWLANA "URBACKA" PIOTR URBACKA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46-060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Źlinice (Prószków)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ul. Jędrzejczyka 15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501239987</w:t>
            </w:r>
          </w:p>
        </w:tc>
        <w:tc>
          <w:tcPr>
            <w:tcW w:w="1800" w:type="dxa"/>
          </w:tcPr>
          <w:p w:rsidR="00262CD7" w:rsidRDefault="00CE3C74">
            <w:r>
              <w:rPr>
                <w:sz w:val="19"/>
              </w:rPr>
              <w:t>cieśla</w:t>
            </w:r>
          </w:p>
        </w:tc>
      </w:tr>
    </w:tbl>
    <w:p w:rsidR="00CE3C74" w:rsidRDefault="00CE3C74"/>
    <w:sectPr w:rsidR="00CE3C74" w:rsidSect="0003461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hyphenationZone w:val="425"/>
  <w:characterSpacingControl w:val="doNotCompress"/>
  <w:compat>
    <w:useFELayout/>
  </w:compat>
  <w:rsids>
    <w:rsidRoot w:val="00B47730"/>
    <w:rsid w:val="00034616"/>
    <w:rsid w:val="0006063C"/>
    <w:rsid w:val="0015074B"/>
    <w:rsid w:val="00262CD7"/>
    <w:rsid w:val="0029639D"/>
    <w:rsid w:val="00326F90"/>
    <w:rsid w:val="00AA1D8D"/>
    <w:rsid w:val="00B118F0"/>
    <w:rsid w:val="00B47730"/>
    <w:rsid w:val="00CB0664"/>
    <w:rsid w:val="00CE3C74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2356</Words>
  <Characters>14138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16462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Andrzej Mielczarek</cp:lastModifiedBy>
  <cp:revision>2</cp:revision>
  <dcterms:created xsi:type="dcterms:W3CDTF">2026-09-21T12:47:00Z</dcterms:created>
  <dcterms:modified xsi:type="dcterms:W3CDTF">2026-09-21T12:47:00Z</dcterms:modified>
</cp:coreProperties>
</file>